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Grupo LIDE llega a Venezuela en alianza con Orinoco Research</w:t>
      </w:r>
    </w:p>
    <w:p>
      <w:r>
        <w:t>El ecosistema empresarial brasileño, cuyas empresas afiliadas representan más del 52 % del PIB privado de Brasil, podría ampliar su red internacional hacia Venezuela.</w:t>
      </w:r>
    </w:p>
    <w:p>
      <w:r>
        <w:t>São Paulo, 21 de octubre de 2026 – El fundador de Grupo LIDE y exgobernador de São Paulo, João Doria, y el presidente y CEO global de la organización, João Doria Neto, sostuvieron un encuentro con representantes de Orinoco Research para establecer nuevos vínculos entre el empresariado brasileño y el mercado venezolano.</w:t>
      </w:r>
    </w:p>
    <w:p>
      <w:r>
        <w:t>En la reunión participaron Elías Ferrer, director y fundador de Orinoco Research, y Albern Mendoza, asesor de la firma, quienes abordaron las posibilidades de acercar a los principales grupos empresariales, bancos e inversionistas de Brasil a las oportunidades de negocios que ofrece Venezuela.</w:t>
      </w:r>
    </w:p>
    <w:p>
      <w:r>
        <w:t>Uno de los principales objetivos del acercamiento es promover la llegada de Grupo LIDE a Venezuela, lo que permitiría incorporar al país a uno de los ecosistemas de liderazgo empresarial más influyentes de Brasil y facilitar el contacto directo con grandes corporaciones e instituciones financieras.</w:t>
      </w:r>
    </w:p>
    <w:p>
      <w:r>
        <w:t>Grupo LIDE cuenta con presencia en más de 30 países, reúne a más de 2.000 empresas y conecta a unos 4.000 líderes empresariales. Según datos de la propia organización, sus empresas afiliadas representan más del 52 % del PIB privado brasileño, lo que refleja su capacidad de convocatoria e influencia en el sector empresarial.</w:t>
      </w:r>
    </w:p>
    <w:p>
      <w:r>
        <w:t>El 13 de noviembre se espera una cumbre de LIDE en Paraguay, a la que asistirá el presidente Santiago Peña.</w:t>
      </w:r>
    </w:p>
    <w:p>
      <w:r>
        <w:t>Por su parte, Orinoco Research busca desempeñar un papel estratégico en la conexión entre el capital internacional y el mercado venezolano, mediante su experiencia en análisis económico, inteligencia de mercado e identificación de oportunidades de inversión.</w:t>
      </w:r>
    </w:p>
    <w:p>
      <w:r>
        <w:t>El encuentro en São Paulo representa un primer acercamiento para explorar mecanismos de cooperación que permitan ampliar la presencia de inversionistas brasileños en Venezuela y fortalecer los vínculos económicos entre ambos países.</w:t>
      </w:r>
    </w:p>
    <w:p>
      <w:pPr>
        <w:pStyle w:val="Heading2"/>
      </w:pPr>
      <w:r>
        <w:t>Contacto de prensa</w:t>
      </w:r>
    </w:p>
    <w:p>
      <w:r>
        <w:t>contact@orinocoresearch.com</w:t>
      </w:r>
    </w:p>
    <w:p>
      <w:r>
        <w:t>+58 422 737 82 98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LIDE llega a Venezuela en alianza con Orinoco Research</dc:title>
  <dc:subject/>
  <dc:creator>Orinoco Research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